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224"/>
        <w:gridCol w:w="8496"/>
      </w:tblGrid>
      <w:tr>
        <w:tc>
          <w:tcPr>
            <w:tcW w:type="dxa" w:w="4997"/>
          </w:tcPr>
          <w:p>
            <w:pPr>
              <w:jc w:val="center"/>
            </w:pPr>
            <w:r>
              <w:drawing>
                <wp:inline xmlns:a="http://schemas.openxmlformats.org/drawingml/2006/main" xmlns:pic="http://schemas.openxmlformats.org/drawingml/2006/picture">
                  <wp:extent cx="502920" cy="502920"/>
                  <wp:docPr id="1" name="Picture 1"/>
                  <wp:cNvGraphicFramePr>
                    <a:graphicFrameLocks noChangeAspect="1"/>
                  </wp:cNvGraphicFramePr>
                  <a:graphic>
                    <a:graphicData uri="http://schemas.openxmlformats.org/drawingml/2006/picture">
                      <pic:pic>
                        <pic:nvPicPr>
                          <pic:cNvPr id="0" name="site-icon.png"/>
                          <pic:cNvPicPr/>
                        </pic:nvPicPr>
                        <pic:blipFill>
                          <a:blip r:embed="rId9"/>
                          <a:stretch>
                            <a:fillRect/>
                          </a:stretch>
                        </pic:blipFill>
                        <pic:spPr>
                          <a:xfrm>
                            <a:off x="0" y="0"/>
                            <a:ext cx="502920" cy="502920"/>
                          </a:xfrm>
                          <a:prstGeom prst="rect"/>
                        </pic:spPr>
                      </pic:pic>
                    </a:graphicData>
                  </a:graphic>
                </wp:inline>
              </w:drawing>
            </w:r>
          </w:p>
        </w:tc>
        <w:tc>
          <w:tcPr>
            <w:tcW w:type="dxa" w:w="4997"/>
          </w:tcPr>
          <w:p>
            <w:r>
              <w:rPr>
                <w:b/>
                <w:color w:val="E24275"/>
                <w:sz w:val="40"/>
              </w:rPr>
              <w:t>JoJo Stands Tall</w:t>
            </w:r>
            <w:r>
              <w:rPr>
                <w:b/>
                <w:color w:val="2B173D"/>
                <w:sz w:val="24"/>
              </w:rPr>
              <w:br/>
              <w:t>Library Purchase Request Letter Template</w:t>
            </w:r>
          </w:p>
        </w:tc>
      </w:tr>
    </w:tbl>
    <w:p>
      <w:pPr>
        <w:spacing w:after="80"/>
        <w:pBdr>
          <w:bottom w:val="single" w:sz="8" w:space="1" w:color="E8BFC7"/>
        </w:pBdr>
      </w:pPr>
    </w:p>
    <w:p>
      <w:pPr>
        <w:spacing w:after="40"/>
      </w:pPr>
      <w:r>
        <w:t>Date: ________________________________________________</w:t>
      </w:r>
    </w:p>
    <w:p>
      <w:pPr>
        <w:spacing w:after="40"/>
      </w:pPr>
    </w:p>
    <w:p>
      <w:pPr>
        <w:spacing w:after="40"/>
      </w:pPr>
      <w:r>
        <w:t>Library Name: _________________________________________</w:t>
      </w:r>
    </w:p>
    <w:p>
      <w:pPr>
        <w:spacing w:after="40"/>
      </w:pPr>
      <w:r>
        <w:t>Attention / Department: _________________________________</w:t>
      </w:r>
    </w:p>
    <w:p>
      <w:pPr>
        <w:spacing w:after="40"/>
      </w:pPr>
      <w:r>
        <w:t>Library Address: _______________________________________</w:t>
      </w:r>
    </w:p>
    <w:p>
      <w:pPr>
        <w:spacing w:after="40"/>
      </w:pPr>
      <w:r>
        <w:t>City, State, ZIP: _______________________________________</w:t>
      </w:r>
    </w:p>
    <w:p>
      <w:pPr>
        <w:spacing w:before="160" w:after="200"/>
      </w:pPr>
      <w:r>
        <w:rPr>
          <w:b/>
          <w:color w:val="2B173D"/>
        </w:rPr>
        <w:t>Subject: Request to Add the JoJo Stands Tall Children’s Book Series</w:t>
      </w:r>
    </w:p>
    <w:p>
      <w:pPr>
        <w:spacing w:after="140"/>
      </w:pPr>
      <w:r>
        <w:t>Dear Librarian or Collection Development Team,</w:t>
      </w:r>
    </w:p>
    <w:p>
      <w:pPr>
        <w:spacing w:after="140"/>
      </w:pPr>
      <w:r>
        <w:t>I am writing to request that the library consider adding the JoJo Stands Tall children’s book series by author Christina Pudetti to its collection.</w:t>
      </w:r>
    </w:p>
    <w:p>
      <w:pPr>
        <w:spacing w:after="140"/>
      </w:pPr>
      <w:r>
        <w:t>The series follows JoJo, a small giraffe with pink glasses and a brave heart, as she learns about courage, friendship, belonging, communication, confidence, and standing tall from the inside. The stories are written for children, families, classrooms, and young readers who benefit from books that celebrate differences and self-worth.</w:t>
      </w:r>
    </w:p>
    <w:p>
      <w:pPr>
        <w:spacing w:after="140"/>
      </w:pPr>
      <w:r>
        <w:t>Suggested titles include:</w:t>
      </w:r>
    </w:p>
    <w:p>
      <w:pPr>
        <w:pStyle w:val="ListBullet"/>
        <w:spacing w:after="40"/>
        <w:ind w:left="360"/>
      </w:pPr>
      <w:r>
        <w:rPr>
          <w:i/>
        </w:rPr>
        <w:t>JoJo Stands Tall</w:t>
      </w:r>
    </w:p>
    <w:p>
      <w:pPr>
        <w:pStyle w:val="ListBullet"/>
        <w:spacing w:after="40"/>
        <w:ind w:left="360"/>
      </w:pPr>
      <w:r>
        <w:rPr>
          <w:i/>
        </w:rPr>
        <w:t>JoJo Finds Her Herd</w:t>
      </w:r>
    </w:p>
    <w:p>
      <w:pPr>
        <w:pStyle w:val="ListBullet"/>
        <w:spacing w:after="40"/>
        <w:ind w:left="360"/>
      </w:pPr>
      <w:r>
        <w:rPr>
          <w:i/>
        </w:rPr>
        <w:t>JoJo Finds Her Game</w:t>
      </w:r>
    </w:p>
    <w:p>
      <w:pPr>
        <w:pStyle w:val="ListBullet"/>
        <w:spacing w:after="40"/>
        <w:ind w:left="360"/>
      </w:pPr>
      <w:r>
        <w:rPr>
          <w:i/>
        </w:rPr>
        <w:t>JoJo The Early Years</w:t>
      </w:r>
    </w:p>
    <w:p>
      <w:pPr>
        <w:spacing w:before="0" w:after="140"/>
      </w:pPr>
      <w:r>
        <w:t>Additional information about the books, reading order, themes, and author is available at https://jojogiraffe.com/books/.</w:t>
      </w:r>
    </w:p>
    <w:p>
      <w:pPr>
        <w:spacing w:before="0" w:after="140"/>
      </w:pPr>
      <w:r>
        <w:t>Thank you for considering this request and for supporting children’s literature that encourages courage, kindness, communication, friendship, and belonging.</w:t>
      </w:r>
    </w:p>
    <w:p>
      <w:pPr>
        <w:spacing w:before="100" w:after="140"/>
      </w:pPr>
      <w:r>
        <w:t>Sincerely,</w:t>
      </w:r>
    </w:p>
    <w:p>
      <w:pPr>
        <w:spacing w:after="80"/>
      </w:pPr>
      <w:r>
        <w:t>Name: _______________________________________________</w:t>
      </w:r>
    </w:p>
    <w:p>
      <w:pPr>
        <w:spacing w:after="80"/>
      </w:pPr>
      <w:r>
        <w:t>Library Card Number (optional): __________________________</w:t>
      </w:r>
    </w:p>
    <w:p>
      <w:pPr>
        <w:spacing w:after="80"/>
      </w:pPr>
      <w:r>
        <w:t>Email or Phone (optional): ______________________________</w:t>
      </w:r>
    </w:p>
    <w:p>
      <w:pPr>
        <w:spacing w:before="240"/>
        <w:jc w:val="center"/>
      </w:pPr>
      <w:r>
        <w:rPr>
          <w:color w:val="945E67"/>
          <w:sz w:val="18"/>
        </w:rPr>
        <w:t>JoJo Stands Tall Series | jojogiraffe.com | Christina Pudetti</w:t>
      </w:r>
    </w:p>
    <w:sectPr w:rsidR="00FC693F" w:rsidRPr="0006063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62A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JoJo Library Request Letter Template</dc:title>
  <dc:subject>Editable letter for requesting JoJo Stands Tall books at a local library</dc:subject>
  <dc:creator>Christina Pudetti / CPW Studio Co.</dc:creator>
  <cp:keywords/>
  <dc:description>generated by python-docx</dc:description>
  <cp:lastModifiedBy/>
  <cp:revision>1</cp:revision>
  <dcterms:created xsi:type="dcterms:W3CDTF">2013-12-23T23:15:00Z</dcterms:created>
  <dcterms:modified xsi:type="dcterms:W3CDTF">2013-12-23T23:15:00Z</dcterms:modified>
  <cp:category/>
</cp:coreProperties>
</file>